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br/>
      </w:r>
    </w:p>
    <w:p>
      <w:pPr>
        <w:jc w:val="center"/>
      </w:pPr>
      <w:r>
        <w:rPr>
          <w:b/>
          <w:color w:val="10263A"/>
          <w:sz w:val="76"/>
        </w:rPr>
        <w:t>THE FOOTBALL</w:t>
        <w:br/>
        <w:t>GAZETTE</w:t>
      </w:r>
    </w:p>
    <w:p>
      <w:pPr>
        <w:jc w:val="center"/>
      </w:pPr>
      <w:r>
        <w:rPr>
          <w:b/>
          <w:color w:val="8D2E24"/>
          <w:sz w:val="36"/>
        </w:rPr>
        <w:t>GLOBAL FOOTBALL MANAGER</w:t>
      </w:r>
    </w:p>
    <w:p>
      <w:pPr>
        <w:jc w:val="center"/>
      </w:pPr>
      <w:r>
        <w:rPr>
          <w:b/>
          <w:sz w:val="40"/>
        </w:rPr>
        <w:t>SEASON ANNUAL • 2026/27</w:t>
      </w:r>
    </w:p>
    <w:p>
      <w:pPr>
        <w:jc w:val="center"/>
      </w:pPr>
      <w:r>
        <w:br/>
        <w:t>THE COMPLETE STORY OF THE GFM SEASON</w:t>
      </w:r>
    </w:p>
    <w:p>
      <w:pPr>
        <w:jc w:val="center"/>
      </w:pPr>
      <w:r>
        <w:br/>
        <w:t>RESULTS • TABLES • TRANSFERS • STARS • MANAGERS • AWARDS</w:t>
      </w:r>
    </w:p>
    <w:p>
      <w:pPr>
        <w:jc w:val="center"/>
      </w:pPr>
      <w:r>
        <w:br/>
        <w:t>THE SEASON. THE STORIES. THE HISTORY.</w:t>
      </w:r>
    </w:p>
    <w:p>
      <w:r>
        <w:br w:type="page"/>
      </w:r>
    </w:p>
    <w:p>
      <w:pPr>
        <w:pStyle w:val="Title"/>
      </w:pPr>
      <w:r>
        <w:t>EDITOR'S WELCOME</w:t>
      </w:r>
    </w:p>
    <w:p>
      <w:r>
        <w:t>Welcome to the 2026/27 Football Gazette Annual — the permanent magazine-style record of a Global Football Manager season. This annual is designed to bring together the numbers and the stories: title races, promotion battles, transfer drama, star players, managerial decisions, great matches and the moments managers will remember.</w:t>
      </w:r>
    </w:p>
    <w:p>
      <w:pPr>
        <w:pStyle w:val="Heading1"/>
      </w:pPr>
      <w:r>
        <w:t>Inside This Annual</w:t>
      </w:r>
    </w:p>
    <w:p>
      <w:r>
        <w:t>Season at a Glance</w:t>
      </w:r>
    </w:p>
    <w:p>
      <w:r>
        <w:t>Premier League Review</w:t>
      </w:r>
    </w:p>
    <w:p>
      <w:r>
        <w:t>Championship Review</w:t>
      </w:r>
    </w:p>
    <w:p>
      <w:r>
        <w:t>Matchweeks 1–18</w:t>
      </w:r>
    </w:p>
    <w:p>
      <w:r>
        <w:t>Managers of the Season</w:t>
      </w:r>
    </w:p>
    <w:p>
      <w:r>
        <w:t>Players of the Season</w:t>
      </w:r>
    </w:p>
    <w:p>
      <w:r>
        <w:t>Golden Boot</w:t>
      </w:r>
    </w:p>
    <w:p>
      <w:r>
        <w:t>Transfer Review</w:t>
      </w:r>
    </w:p>
    <w:p>
      <w:r>
        <w:t>Match of the Season</w:t>
      </w:r>
    </w:p>
    <w:p>
      <w:r>
        <w:t>Team of the Season</w:t>
      </w:r>
    </w:p>
    <w:p>
      <w:r>
        <w:t>Awards Night</w:t>
      </w:r>
    </w:p>
    <w:p>
      <w:r>
        <w:t>Club-by-Club Reviews</w:t>
      </w:r>
    </w:p>
    <w:p>
      <w:r>
        <w:t>Season Records</w:t>
      </w:r>
    </w:p>
    <w:p>
      <w:r>
        <w:t>Looking Ahead</w:t>
      </w:r>
    </w:p>
    <w:p>
      <w:r>
        <w:br w:type="page"/>
      </w:r>
    </w:p>
    <w:p>
      <w:pPr>
        <w:pStyle w:val="Title"/>
      </w:pPr>
      <w:r>
        <w:t>SEASON AT A GLANCE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90"/>
        <w:gridCol w:w="5090"/>
      </w:tblGrid>
      <w:tr>
        <w:tc>
          <w:tcPr>
            <w:tcW w:type="dxa" w:w="5090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5090"/>
          </w:tcPr>
          <w:p>
            <w:r>
              <w:rPr>
                <w:b/>
              </w:rPr>
              <w:t>2026/27 Record</w:t>
            </w:r>
          </w:p>
        </w:tc>
      </w:tr>
      <w:tr>
        <w:tc>
          <w:tcPr>
            <w:tcW w:type="dxa" w:w="5090"/>
          </w:tcPr>
          <w:p>
            <w:r>
              <w:t xml:space="preserve"> </w:t>
            </w:r>
          </w:p>
        </w:tc>
        <w:tc>
          <w:tcPr>
            <w:tcW w:type="dxa" w:w="5090"/>
          </w:tcPr>
          <w:p>
            <w:r>
              <w:t xml:space="preserve"> </w:t>
            </w:r>
          </w:p>
        </w:tc>
      </w:tr>
      <w:tr>
        <w:tc>
          <w:tcPr>
            <w:tcW w:type="dxa" w:w="5090"/>
          </w:tcPr>
          <w:p>
            <w:r>
              <w:t xml:space="preserve"> </w:t>
            </w:r>
          </w:p>
        </w:tc>
        <w:tc>
          <w:tcPr>
            <w:tcW w:type="dxa" w:w="5090"/>
          </w:tcPr>
          <w:p>
            <w:r>
              <w:t xml:space="preserve"> </w:t>
            </w:r>
          </w:p>
        </w:tc>
      </w:tr>
      <w:tr>
        <w:tc>
          <w:tcPr>
            <w:tcW w:type="dxa" w:w="5090"/>
          </w:tcPr>
          <w:p>
            <w:r>
              <w:t xml:space="preserve"> </w:t>
            </w:r>
          </w:p>
        </w:tc>
        <w:tc>
          <w:tcPr>
            <w:tcW w:type="dxa" w:w="5090"/>
          </w:tcPr>
          <w:p>
            <w:r>
              <w:t xml:space="preserve"> </w:t>
            </w:r>
          </w:p>
        </w:tc>
      </w:tr>
      <w:tr>
        <w:tc>
          <w:tcPr>
            <w:tcW w:type="dxa" w:w="5090"/>
          </w:tcPr>
          <w:p>
            <w:r>
              <w:t xml:space="preserve"> </w:t>
            </w:r>
          </w:p>
        </w:tc>
        <w:tc>
          <w:tcPr>
            <w:tcW w:type="dxa" w:w="5090"/>
          </w:tcPr>
          <w:p>
            <w:r>
              <w:t xml:space="preserve"> </w:t>
            </w:r>
          </w:p>
        </w:tc>
      </w:tr>
      <w:tr>
        <w:tc>
          <w:tcPr>
            <w:tcW w:type="dxa" w:w="5090"/>
          </w:tcPr>
          <w:p>
            <w:r>
              <w:t xml:space="preserve"> </w:t>
            </w:r>
          </w:p>
        </w:tc>
        <w:tc>
          <w:tcPr>
            <w:tcW w:type="dxa" w:w="5090"/>
          </w:tcPr>
          <w:p>
            <w:r>
              <w:t xml:space="preserve"> </w:t>
            </w:r>
          </w:p>
        </w:tc>
      </w:tr>
      <w:tr>
        <w:tc>
          <w:tcPr>
            <w:tcW w:type="dxa" w:w="5090"/>
          </w:tcPr>
          <w:p>
            <w:r>
              <w:t xml:space="preserve"> </w:t>
            </w:r>
          </w:p>
        </w:tc>
        <w:tc>
          <w:tcPr>
            <w:tcW w:type="dxa" w:w="5090"/>
          </w:tcPr>
          <w:p>
            <w:r>
              <w:t xml:space="preserve"> </w:t>
            </w:r>
          </w:p>
        </w:tc>
      </w:tr>
      <w:tr>
        <w:tc>
          <w:tcPr>
            <w:tcW w:type="dxa" w:w="5090"/>
          </w:tcPr>
          <w:p>
            <w:r>
              <w:t xml:space="preserve"> </w:t>
            </w:r>
          </w:p>
        </w:tc>
        <w:tc>
          <w:tcPr>
            <w:tcW w:type="dxa" w:w="5090"/>
          </w:tcPr>
          <w:p>
            <w:r>
              <w:t xml:space="preserve"> </w:t>
            </w:r>
          </w:p>
        </w:tc>
      </w:tr>
      <w:tr>
        <w:tc>
          <w:tcPr>
            <w:tcW w:type="dxa" w:w="5090"/>
          </w:tcPr>
          <w:p>
            <w:r>
              <w:t xml:space="preserve"> </w:t>
            </w:r>
          </w:p>
        </w:tc>
        <w:tc>
          <w:tcPr>
            <w:tcW w:type="dxa" w:w="5090"/>
          </w:tcPr>
          <w:p>
            <w:r>
              <w:t xml:space="preserve"> </w:t>
            </w:r>
          </w:p>
        </w:tc>
      </w:tr>
      <w:tr>
        <w:tc>
          <w:tcPr>
            <w:tcW w:type="dxa" w:w="5090"/>
          </w:tcPr>
          <w:p>
            <w:r>
              <w:t xml:space="preserve"> </w:t>
            </w:r>
          </w:p>
        </w:tc>
        <w:tc>
          <w:tcPr>
            <w:tcW w:type="dxa" w:w="5090"/>
          </w:tcPr>
          <w:p>
            <w:r>
              <w:t xml:space="preserve"> </w:t>
            </w:r>
          </w:p>
        </w:tc>
      </w:tr>
      <w:tr>
        <w:tc>
          <w:tcPr>
            <w:tcW w:type="dxa" w:w="5090"/>
          </w:tcPr>
          <w:p>
            <w:r>
              <w:t xml:space="preserve"> </w:t>
            </w:r>
          </w:p>
        </w:tc>
        <w:tc>
          <w:tcPr>
            <w:tcW w:type="dxa" w:w="5090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The Big Numbers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94"/>
        <w:gridCol w:w="3394"/>
        <w:gridCol w:w="3394"/>
      </w:tblGrid>
      <w:tr>
        <w:tc>
          <w:tcPr>
            <w:tcW w:type="dxa" w:w="3394"/>
          </w:tcPr>
          <w:p>
            <w:r>
              <w:rPr>
                <w:b/>
              </w:rPr>
              <w:t>Statistic</w:t>
            </w:r>
          </w:p>
        </w:tc>
        <w:tc>
          <w:tcPr>
            <w:tcW w:type="dxa" w:w="3394"/>
          </w:tcPr>
          <w:p>
            <w:r>
              <w:rPr>
                <w:b/>
              </w:rPr>
              <w:t>Figure</w:t>
            </w:r>
          </w:p>
        </w:tc>
        <w:tc>
          <w:tcPr>
            <w:tcW w:type="dxa" w:w="3394"/>
          </w:tcPr>
          <w:p>
            <w:r>
              <w:rPr>
                <w:b/>
              </w:rPr>
              <w:t>Club / Player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Editor's Season Summary</w:t>
      </w:r>
    </w:p>
    <w:p>
      <w:r>
        <w:br/>
        <w:br/>
        <w:br/>
        <w:br/>
        <w:br/>
        <w:br/>
        <w:br/>
      </w:r>
    </w:p>
    <w:p>
      <w:r>
        <w:br w:type="page"/>
      </w:r>
    </w:p>
    <w:p>
      <w:pPr>
        <w:pStyle w:val="Title"/>
      </w:pPr>
      <w:r>
        <w:t>PREMIER LEAGUE — SEASON REVIEW</w:t>
      </w:r>
    </w:p>
    <w:p>
      <w:r>
        <w:t>CHAMPIONS: __________________________</w:t>
      </w:r>
    </w:p>
    <w:p>
      <w:r>
        <w:t>A full-page review of the championship race, decisive matches, surprise performers and the clubs that shaped the Premier League season.</w:t>
      </w:r>
    </w:p>
    <w:p>
      <w:r>
        <w:br/>
        <w:br/>
        <w:br/>
        <w:br/>
        <w:br/>
      </w:r>
    </w:p>
    <w:p>
      <w:pPr>
        <w:pStyle w:val="Heading1"/>
      </w:pPr>
      <w:r>
        <w:t>Final 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>
        <w:tc>
          <w:tcPr>
            <w:tcW w:type="dxa" w:w="1273"/>
          </w:tcPr>
          <w:p>
            <w:r>
              <w:rPr>
                <w:b/>
              </w:rPr>
              <w:t>Pos</w:t>
            </w:r>
          </w:p>
        </w:tc>
        <w:tc>
          <w:tcPr>
            <w:tcW w:type="dxa" w:w="1273"/>
          </w:tcPr>
          <w:p>
            <w:r>
              <w:rPr>
                <w:b/>
              </w:rPr>
              <w:t>Club</w:t>
            </w:r>
          </w:p>
        </w:tc>
        <w:tc>
          <w:tcPr>
            <w:tcW w:type="dxa" w:w="1273"/>
          </w:tcPr>
          <w:p>
            <w:r>
              <w:rPr>
                <w:b/>
              </w:rPr>
              <w:t>P</w:t>
            </w:r>
          </w:p>
        </w:tc>
        <w:tc>
          <w:tcPr>
            <w:tcW w:type="dxa" w:w="1273"/>
          </w:tcPr>
          <w:p>
            <w:r>
              <w:rPr>
                <w:b/>
              </w:rPr>
              <w:t>W</w:t>
            </w:r>
          </w:p>
        </w:tc>
        <w:tc>
          <w:tcPr>
            <w:tcW w:type="dxa" w:w="1273"/>
          </w:tcPr>
          <w:p>
            <w:r>
              <w:rPr>
                <w:b/>
              </w:rPr>
              <w:t>D</w:t>
            </w:r>
          </w:p>
        </w:tc>
        <w:tc>
          <w:tcPr>
            <w:tcW w:type="dxa" w:w="1273"/>
          </w:tcPr>
          <w:p>
            <w:r>
              <w:rPr>
                <w:b/>
              </w:rPr>
              <w:t>L</w:t>
            </w:r>
          </w:p>
        </w:tc>
        <w:tc>
          <w:tcPr>
            <w:tcW w:type="dxa" w:w="1273"/>
          </w:tcPr>
          <w:p>
            <w:r>
              <w:rPr>
                <w:b/>
              </w:rPr>
              <w:t>GD</w:t>
            </w:r>
          </w:p>
        </w:tc>
        <w:tc>
          <w:tcPr>
            <w:tcW w:type="dxa" w:w="1273"/>
          </w:tcPr>
          <w:p>
            <w:r>
              <w:rPr>
                <w:b/>
              </w:rPr>
              <w:t>Pts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CHAMPIONSHIP — SEASON REVIEW</w:t>
      </w:r>
    </w:p>
    <w:p>
      <w:r>
        <w:t>CHAMPIONS: __________________________    PROMOTED: __________________________</w:t>
      </w:r>
    </w:p>
    <w:p>
      <w:r>
        <w:t>Review the promotion race, play-off drama, breakthrough players and the managers who changed their club's season.</w:t>
      </w:r>
    </w:p>
    <w:p>
      <w:r>
        <w:br/>
        <w:br/>
        <w:br/>
        <w:br/>
        <w:br/>
      </w:r>
    </w:p>
    <w:p>
      <w:pPr>
        <w:pStyle w:val="Heading1"/>
      </w:pPr>
      <w:r>
        <w:t>Final 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>
        <w:tc>
          <w:tcPr>
            <w:tcW w:type="dxa" w:w="1273"/>
          </w:tcPr>
          <w:p>
            <w:r>
              <w:rPr>
                <w:b/>
              </w:rPr>
              <w:t>Pos</w:t>
            </w:r>
          </w:p>
        </w:tc>
        <w:tc>
          <w:tcPr>
            <w:tcW w:type="dxa" w:w="1273"/>
          </w:tcPr>
          <w:p>
            <w:r>
              <w:rPr>
                <w:b/>
              </w:rPr>
              <w:t>Club</w:t>
            </w:r>
          </w:p>
        </w:tc>
        <w:tc>
          <w:tcPr>
            <w:tcW w:type="dxa" w:w="1273"/>
          </w:tcPr>
          <w:p>
            <w:r>
              <w:rPr>
                <w:b/>
              </w:rPr>
              <w:t>P</w:t>
            </w:r>
          </w:p>
        </w:tc>
        <w:tc>
          <w:tcPr>
            <w:tcW w:type="dxa" w:w="1273"/>
          </w:tcPr>
          <w:p>
            <w:r>
              <w:rPr>
                <w:b/>
              </w:rPr>
              <w:t>W</w:t>
            </w:r>
          </w:p>
        </w:tc>
        <w:tc>
          <w:tcPr>
            <w:tcW w:type="dxa" w:w="1273"/>
          </w:tcPr>
          <w:p>
            <w:r>
              <w:rPr>
                <w:b/>
              </w:rPr>
              <w:t>D</w:t>
            </w:r>
          </w:p>
        </w:tc>
        <w:tc>
          <w:tcPr>
            <w:tcW w:type="dxa" w:w="1273"/>
          </w:tcPr>
          <w:p>
            <w:r>
              <w:rPr>
                <w:b/>
              </w:rPr>
              <w:t>L</w:t>
            </w:r>
          </w:p>
        </w:tc>
        <w:tc>
          <w:tcPr>
            <w:tcW w:type="dxa" w:w="1273"/>
          </w:tcPr>
          <w:p>
            <w:r>
              <w:rPr>
                <w:b/>
              </w:rPr>
              <w:t>GD</w:t>
            </w:r>
          </w:p>
        </w:tc>
        <w:tc>
          <w:tcPr>
            <w:tcW w:type="dxa" w:w="1273"/>
          </w:tcPr>
          <w:p>
            <w:r>
              <w:rPr>
                <w:b/>
              </w:rPr>
              <w:t>Pts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  <w:tr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  <w:tc>
          <w:tcPr>
            <w:tcW w:type="dxa" w:w="1273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THE SEASON CHRONICLE — MATCHWEEKS 1–3</w:t>
      </w:r>
    </w:p>
    <w:p>
      <w:pPr>
        <w:pStyle w:val="Heading1"/>
      </w:pPr>
      <w:r>
        <w:t>Matchweek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THE SEASON CHRONICLE — MATCHWEEKS 4–6</w:t>
      </w:r>
    </w:p>
    <w:p>
      <w:pPr>
        <w:pStyle w:val="Heading1"/>
      </w:pPr>
      <w:r>
        <w:t>Matchweek 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THE SEASON CHRONICLE — MATCHWEEKS 7–9</w:t>
      </w:r>
    </w:p>
    <w:p>
      <w:pPr>
        <w:pStyle w:val="Heading1"/>
      </w:pPr>
      <w:r>
        <w:t>Matchweek 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THE SEASON CHRONICLE — MATCHWEEKS 10–12</w:t>
      </w:r>
    </w:p>
    <w:p>
      <w:pPr>
        <w:pStyle w:val="Heading1"/>
      </w:pPr>
      <w:r>
        <w:t>Matchweek 10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THE SEASON CHRONICLE — MATCHWEEKS 13–15</w:t>
      </w:r>
    </w:p>
    <w:p>
      <w:pPr>
        <w:pStyle w:val="Heading1"/>
      </w:pPr>
      <w:r>
        <w:t>Matchweek 13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14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15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THE SEASON CHRONICLE — MATCHWEEKS 16–18</w:t>
      </w:r>
    </w:p>
    <w:p>
      <w:pPr>
        <w:pStyle w:val="Heading1"/>
      </w:pPr>
      <w:r>
        <w:t>Matchweek 16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17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pPr>
        <w:pStyle w:val="Heading1"/>
      </w:pPr>
      <w:r>
        <w:t>Matchweek 18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Star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Key Result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Table Impact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story: 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THE MANAGERS</w:t>
      </w:r>
    </w:p>
    <w:p>
      <w:pPr>
        <w:pStyle w:val="Heading1"/>
      </w:pPr>
      <w:r>
        <w:t>Manager of the Season</w:t>
      </w:r>
    </w:p>
    <w:p>
      <w:r>
        <w:t>Winner: __________________________    Club: __________________________</w:t>
      </w:r>
    </w:p>
    <w:p>
      <w:r>
        <w:br/>
        <w:t>Profile / season story:</w:t>
        <w:br/>
        <w:t>_______________________________________________________________________________________________</w:t>
        <w:br/>
        <w:br/>
        <w:br/>
      </w:r>
    </w:p>
    <w:p>
      <w:pPr>
        <w:pStyle w:val="Heading1"/>
      </w:pPr>
      <w:r>
        <w:t>Manager Roll of Honour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Award / Month</w:t>
            </w:r>
          </w:p>
        </w:tc>
        <w:tc>
          <w:tcPr>
            <w:tcW w:type="dxa" w:w="2545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Club</w:t>
            </w:r>
          </w:p>
        </w:tc>
        <w:tc>
          <w:tcPr>
            <w:tcW w:type="dxa" w:w="2545"/>
          </w:tcPr>
          <w:p>
            <w:r>
              <w:rPr>
                <w:b/>
              </w:rPr>
              <w:t>Reason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THE PLAYERS</w:t>
      </w:r>
    </w:p>
    <w:p>
      <w:pPr>
        <w:pStyle w:val="Heading1"/>
      </w:pPr>
      <w:r>
        <w:t>Player of the Season</w:t>
      </w:r>
    </w:p>
    <w:p>
      <w:r>
        <w:t>Winner: __________________________    Club: __________________________</w:t>
      </w:r>
    </w:p>
    <w:p>
      <w:r>
        <w:br/>
        <w:t>Season story:</w:t>
        <w:br/>
        <w:t>_______________________________________________________________________________________________</w:t>
        <w:br/>
        <w:br/>
        <w:br/>
      </w:r>
    </w:p>
    <w:p>
      <w:pPr>
        <w:pStyle w:val="Heading1"/>
      </w:pPr>
      <w:r>
        <w:t>Golden Boot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</w:tcPr>
          <w:p>
            <w:r>
              <w:rPr>
                <w:b/>
              </w:rPr>
              <w:t>Rank</w:t>
            </w:r>
          </w:p>
        </w:tc>
        <w:tc>
          <w:tcPr>
            <w:tcW w:type="dxa" w:w="2036"/>
          </w:tcPr>
          <w:p>
            <w:r>
              <w:rPr>
                <w:b/>
              </w:rPr>
              <w:t>Player</w:t>
            </w:r>
          </w:p>
        </w:tc>
        <w:tc>
          <w:tcPr>
            <w:tcW w:type="dxa" w:w="2036"/>
          </w:tcPr>
          <w:p>
            <w:r>
              <w:rPr>
                <w:b/>
              </w:rPr>
              <w:t>Club</w:t>
            </w:r>
          </w:p>
        </w:tc>
        <w:tc>
          <w:tcPr>
            <w:tcW w:type="dxa" w:w="2036"/>
          </w:tcPr>
          <w:p>
            <w:r>
              <w:rPr>
                <w:b/>
              </w:rPr>
              <w:t>Apps</w:t>
            </w:r>
          </w:p>
        </w:tc>
        <w:tc>
          <w:tcPr>
            <w:tcW w:type="dxa" w:w="2036"/>
          </w:tcPr>
          <w:p>
            <w:r>
              <w:rPr>
                <w:b/>
              </w:rPr>
              <w:t>Goals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Assist Leaders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Rank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Player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Club</w:t>
            </w:r>
          </w:p>
        </w:tc>
        <w:tc>
          <w:tcPr>
            <w:tcW w:type="dxa" w:w="2545"/>
          </w:tcPr>
          <w:p>
            <w:r>
              <w:rPr>
                <w:b/>
              </w:rPr>
              <w:t>Assists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TRANSFER SPECIAL</w:t>
      </w:r>
    </w:p>
    <w:p>
      <w:r>
        <w:t>The deals that changed the season — record the biggest buys, smartest bargains, surprise moves and transfers that did not work.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</w:tcPr>
          <w:p>
            <w:r>
              <w:rPr>
                <w:b/>
              </w:rPr>
              <w:t>Player</w:t>
            </w:r>
          </w:p>
        </w:tc>
        <w:tc>
          <w:tcPr>
            <w:tcW w:type="dxa" w:w="2036"/>
          </w:tcPr>
          <w:p>
            <w:r>
              <w:rPr>
                <w:b/>
              </w:rPr>
              <w:t>From</w:t>
            </w:r>
          </w:p>
        </w:tc>
        <w:tc>
          <w:tcPr>
            <w:tcW w:type="dxa" w:w="2036"/>
          </w:tcPr>
          <w:p>
            <w:r>
              <w:rPr>
                <w:b/>
              </w:rPr>
              <w:t>To</w:t>
            </w:r>
          </w:p>
        </w:tc>
        <w:tc>
          <w:tcPr>
            <w:tcW w:type="dxa" w:w="2036"/>
          </w:tcPr>
          <w:p>
            <w:r>
              <w:rPr>
                <w:b/>
              </w:rPr>
              <w:t>Fee</w:t>
            </w:r>
          </w:p>
        </w:tc>
        <w:tc>
          <w:tcPr>
            <w:tcW w:type="dxa" w:w="2036"/>
          </w:tcPr>
          <w:p>
            <w:r>
              <w:rPr>
                <w:b/>
              </w:rPr>
              <w:t>Gazette Verdict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  <w:tr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  <w:tc>
          <w:tcPr>
            <w:tcW w:type="dxa" w:w="2036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Signing of the Season</w:t>
      </w:r>
    </w:p>
    <w:p>
      <w:r>
        <w:t>Player: __________________________    Club: __________________________</w:t>
      </w:r>
    </w:p>
    <w:p>
      <w:r>
        <w:t>Why the deal mattered: ______________________________________________________________</w:t>
      </w:r>
    </w:p>
    <w:p>
      <w:r>
        <w:br w:type="page"/>
      </w:r>
    </w:p>
    <w:p>
      <w:pPr>
        <w:pStyle w:val="Title"/>
      </w:pPr>
      <w:r>
        <w:t>MATCH OF THE SEASON</w:t>
      </w:r>
    </w:p>
    <w:p>
      <w:r>
        <w:t>Fixture: _______________________________________    Score: __________________</w:t>
      </w:r>
    </w:p>
    <w:p>
      <w:r>
        <w:t>Matchweek: __________    Competition: ______________________________</w:t>
      </w:r>
    </w:p>
    <w:p>
      <w:r>
        <w:br/>
        <w:t>THE STORY OF THE MATCH</w:t>
        <w:br/>
        <w:t>_______________________________________________________________________________________________</w:t>
        <w:br/>
        <w:br/>
        <w:br/>
        <w:br/>
        <w:br/>
        <w:br/>
        <w:br/>
        <w:br/>
        <w:br/>
      </w:r>
    </w:p>
    <w:p>
      <w:pPr>
        <w:pStyle w:val="Heading1"/>
      </w:pPr>
      <w:r>
        <w:t>Other Classics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MW</w:t>
            </w:r>
          </w:p>
        </w:tc>
        <w:tc>
          <w:tcPr>
            <w:tcW w:type="dxa" w:w="2545"/>
          </w:tcPr>
          <w:p>
            <w:r>
              <w:rPr>
                <w:b/>
              </w:rPr>
              <w:t>Fixture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Score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Why It Mattered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TEAM OF THE SEASON</w:t>
      </w:r>
    </w:p>
    <w:p>
      <w:r>
        <w:t>Formation: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Position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Player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Club</w:t>
            </w:r>
          </w:p>
        </w:tc>
        <w:tc>
          <w:tcPr>
            <w:tcW w:type="dxa" w:w="2545"/>
          </w:tcPr>
          <w:p>
            <w:r>
              <w:rPr>
                <w:b/>
              </w:rPr>
              <w:t>Gazette Verdict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Bench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94"/>
        <w:gridCol w:w="3394"/>
        <w:gridCol w:w="3394"/>
      </w:tblGrid>
      <w:tr>
        <w:tc>
          <w:tcPr>
            <w:tcW w:type="dxa" w:w="3394"/>
          </w:tcPr>
          <w:p>
            <w:r>
              <w:rPr>
                <w:b/>
              </w:rPr>
              <w:t>Player</w:t>
            </w:r>
          </w:p>
        </w:tc>
        <w:tc>
          <w:tcPr>
            <w:tcW w:type="dxa" w:w="3394"/>
          </w:tcPr>
          <w:p>
            <w:r>
              <w:rPr>
                <w:b/>
              </w:rPr>
              <w:t>Club</w:t>
            </w:r>
          </w:p>
        </w:tc>
        <w:tc>
          <w:tcPr>
            <w:tcW w:type="dxa" w:w="3394"/>
          </w:tcPr>
          <w:p>
            <w:r>
              <w:rPr>
                <w:b/>
              </w:rPr>
              <w:t>Reason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THE GFM AWARDS NIGHT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94"/>
        <w:gridCol w:w="3394"/>
        <w:gridCol w:w="3394"/>
      </w:tblGrid>
      <w:tr>
        <w:tc>
          <w:tcPr>
            <w:tcW w:type="dxa" w:w="3394"/>
          </w:tcPr>
          <w:p>
            <w:r>
              <w:rPr>
                <w:b/>
              </w:rPr>
              <w:t>Award</w:t>
            </w:r>
          </w:p>
        </w:tc>
        <w:tc>
          <w:tcPr>
            <w:tcW w:type="dxa" w:w="3394"/>
          </w:tcPr>
          <w:p>
            <w:r>
              <w:rPr>
                <w:b/>
              </w:rPr>
              <w:t>Winner</w:t>
            </w:r>
          </w:p>
        </w:tc>
        <w:tc>
          <w:tcPr>
            <w:tcW w:type="dxa" w:w="3394"/>
          </w:tcPr>
          <w:p>
            <w:r>
              <w:rPr>
                <w:b/>
              </w:rPr>
              <w:t>Club / Detail</w:t>
            </w:r>
          </w:p>
        </w:tc>
      </w:tr>
      <w:tr>
        <w:tc>
          <w:tcPr>
            <w:tcW w:type="dxa" w:w="3394"/>
          </w:tcPr>
          <w:p>
            <w:r>
              <w:t>Manager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Player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Young Player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Golden Boot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Goalkeeper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Defender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Midfielder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Forward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Signing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Goal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Match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  <w:tr>
        <w:tc>
          <w:tcPr>
            <w:tcW w:type="dxa" w:w="3394"/>
          </w:tcPr>
          <w:p>
            <w:r>
              <w:t>Club of the Season</w:t>
            </w:r>
          </w:p>
        </w:tc>
        <w:tc>
          <w:tcPr>
            <w:tcW w:type="dxa" w:w="3394"/>
          </w:tcPr>
          <w:p/>
        </w:tc>
        <w:tc>
          <w:tcPr>
            <w:tcW w:type="dxa" w:w="3394"/>
          </w:tcPr>
          <w:p/>
        </w:tc>
      </w:tr>
    </w:tbl>
    <w:p>
      <w:r>
        <w:br w:type="page"/>
      </w:r>
    </w:p>
    <w:p>
      <w:pPr>
        <w:pStyle w:val="Title"/>
      </w:pPr>
      <w:r>
        <w:t>CLUB-BY-CLUB REVIEW — PART 1</w:t>
      </w:r>
    </w:p>
    <w:p>
      <w:pPr>
        <w:pStyle w:val="Heading1"/>
      </w:pPr>
      <w:r>
        <w:t>Club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r>
        <w:br w:type="page"/>
      </w:r>
    </w:p>
    <w:p>
      <w:pPr>
        <w:pStyle w:val="Title"/>
      </w:pPr>
      <w:r>
        <w:t>CLUB-BY-CLUB REVIEW — PART 2</w:t>
      </w:r>
    </w:p>
    <w:p>
      <w:pPr>
        <w:pStyle w:val="Heading1"/>
      </w:pPr>
      <w:r>
        <w:t>Club 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r>
        <w:br w:type="page"/>
      </w:r>
    </w:p>
    <w:p>
      <w:pPr>
        <w:pStyle w:val="Title"/>
      </w:pPr>
      <w:r>
        <w:t>CLUB-BY-CLUB REVIEW — PART 3</w:t>
      </w:r>
    </w:p>
    <w:p>
      <w:pPr>
        <w:pStyle w:val="Heading1"/>
      </w:pPr>
      <w:r>
        <w:t>Club 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10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11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r>
        <w:br w:type="page"/>
      </w:r>
    </w:p>
    <w:p>
      <w:pPr>
        <w:pStyle w:val="Title"/>
      </w:pPr>
      <w:r>
        <w:t>CLUB-BY-CLUB REVIEW — PART 4</w:t>
      </w:r>
    </w:p>
    <w:p>
      <w:pPr>
        <w:pStyle w:val="Heading1"/>
      </w:pPr>
      <w:r>
        <w:t>Club 13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14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15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16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r>
        <w:br w:type="page"/>
      </w:r>
    </w:p>
    <w:p>
      <w:pPr>
        <w:pStyle w:val="Title"/>
      </w:pPr>
      <w:r>
        <w:t>CLUB-BY-CLUB REVIEW — PART 5</w:t>
      </w:r>
    </w:p>
    <w:p>
      <w:pPr>
        <w:pStyle w:val="Heading1"/>
      </w:pPr>
      <w:r>
        <w:t>Club 17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18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19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pPr>
        <w:pStyle w:val="Heading1"/>
      </w:pPr>
      <w:r>
        <w:t>Club 20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Final Pos.</w:t>
            </w:r>
          </w:p>
        </w:tc>
        <w:tc>
          <w:tcPr>
            <w:tcW w:type="dxa" w:w="2545"/>
          </w:tcPr>
          <w:p>
            <w:r>
              <w:rPr>
                <w:b/>
              </w:rPr>
              <w:t>Points</w:t>
            </w:r>
          </w:p>
        </w:tc>
        <w:tc>
          <w:tcPr>
            <w:tcW w:type="dxa" w:w="2545"/>
          </w:tcPr>
          <w:p>
            <w:r>
              <w:rPr>
                <w:b/>
              </w:rPr>
              <w:t>Top Scorer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Season Rating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r>
        <w:t>Gazette verdict: _________________________________________________________________</w:t>
      </w:r>
    </w:p>
    <w:p>
      <w:r>
        <w:t>Best moment: ____________________________________________________________________</w:t>
      </w:r>
    </w:p>
    <w:p>
      <w:r>
        <w:br w:type="page"/>
      </w:r>
    </w:p>
    <w:p>
      <w:pPr>
        <w:pStyle w:val="Title"/>
      </w:pPr>
      <w:r>
        <w:t>RECORD BREAKERS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</w:tcPr>
          <w:p>
            <w:r>
              <w:rPr>
                <w:b/>
              </w:rPr>
              <w:t>Season Record</w:t>
            </w:r>
          </w:p>
        </w:tc>
        <w:tc>
          <w:tcPr>
            <w:tcW w:type="dxa" w:w="2545"/>
          </w:tcPr>
          <w:p>
            <w:r>
              <w:rPr>
                <w:b/>
              </w:rPr>
              <w:t>Club / Player</w:t>
            </w:r>
          </w:p>
        </w:tc>
        <w:tc>
          <w:tcPr>
            <w:tcW w:type="dxa" w:w="2545"/>
          </w:tcPr>
          <w:p>
            <w:r>
              <w:rPr>
                <w:b/>
              </w:rPr>
              <w:t>Figure</w:t>
            </w:r>
          </w:p>
        </w:tc>
        <w:tc>
          <w:tcPr>
            <w:tcW w:type="dxa" w:w="2545"/>
          </w:tcPr>
          <w:p>
            <w:r>
              <w:rPr>
                <w:b/>
              </w:rPr>
              <w:t>Detail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  <w:tr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  <w:tc>
          <w:tcPr>
            <w:tcW w:type="dxa" w:w="2545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Gazette Front Pages of the Year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94"/>
        <w:gridCol w:w="3394"/>
        <w:gridCol w:w="3394"/>
      </w:tblGrid>
      <w:tr>
        <w:tc>
          <w:tcPr>
            <w:tcW w:type="dxa" w:w="3394"/>
          </w:tcPr>
          <w:p>
            <w:r>
              <w:rPr>
                <w:b/>
              </w:rPr>
              <w:t>Issue / MW</w:t>
            </w:r>
          </w:p>
        </w:tc>
        <w:tc>
          <w:tcPr>
            <w:tcW w:type="dxa" w:w="3394"/>
          </w:tcPr>
          <w:p>
            <w:r>
              <w:rPr>
                <w:b/>
              </w:rPr>
              <w:t>Headline</w:t>
            </w:r>
          </w:p>
        </w:tc>
        <w:tc>
          <w:tcPr>
            <w:tcW w:type="dxa" w:w="3394"/>
          </w:tcPr>
          <w:p>
            <w:r>
              <w:rPr>
                <w:b/>
              </w:rPr>
              <w:t>Why We Remember It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  <w:tr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  <w:tc>
          <w:tcPr>
            <w:tcW w:type="dxa" w:w="3394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THE FINAL WORD</w:t>
      </w:r>
    </w:p>
    <w:p>
      <w:r>
        <w:t>Use this page for the editor's closing review of the season: the champions, the heartbreak, the breakthrough stars, the best managers and the stories that defined Global Football Manager 2026/27.</w:t>
      </w:r>
    </w:p>
    <w:p>
      <w:r>
        <w:br/>
        <w:br/>
        <w:br/>
        <w:br/>
        <w:br/>
        <w:br/>
        <w:br/>
        <w:br/>
        <w:br/>
        <w:br/>
        <w:br/>
        <w:br/>
      </w:r>
    </w:p>
    <w:p>
      <w:pPr>
        <w:pStyle w:val="Heading1"/>
      </w:pPr>
      <w:r>
        <w:t>NEXT SEASON</w:t>
      </w:r>
    </w:p>
    <w:p>
      <w:r>
        <w:t>Promoted clubs: ____________________________________________________________________</w:t>
      </w:r>
    </w:p>
    <w:p>
      <w:r>
        <w:t>Relegated clubs: ___________________________________________________________________</w:t>
      </w:r>
    </w:p>
    <w:p>
      <w:r>
        <w:t>Managers to watch: __________________________________________________________________</w:t>
      </w:r>
    </w:p>
    <w:p>
      <w:r>
        <w:t>Transfer stories to follow: ___________________________________________________________</w:t>
      </w:r>
    </w:p>
    <w:p>
      <w:pPr>
        <w:jc w:val="center"/>
      </w:pPr>
      <w:r>
        <w:rPr>
          <w:b/>
          <w:color w:val="10263A"/>
          <w:sz w:val="32"/>
        </w:rPr>
        <w:br/>
        <w:t>GLOBAL FOOTBALL MANAGER</w:t>
        <w:br/>
        <w:t>THE FOOTBALL GAZETTE • 2026/27 ANNUAL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792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6"/>
      </w:rPr>
      <w:t>THE SEASON. THE STORIES. THE HISTORY.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16"/>
      </w:rPr>
      <w:t>THE FOOTBALL GAZETTE  |  GLOBAL FOOTBALL MANAGER  |  2026/27 ANNUAL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201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63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D2E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63A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